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Petit lexique de pédologie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Baize, Denis/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Nouvelle éd.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Quae/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255-259.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9782759224456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pédologie/ </w:t>
            </w:r>
          </w:p>
        </w:tc>
      </w:tr>
    </w:tbl>
    <w:p>
      <w:pPr>
        <w:pStyle w:val="Heading3"/>
      </w:pPr>
      <w:r>
        <w:t>Résumé :</w:t>
      </w:r>
    </w:p>
    <w:p>
      <w:r>
        <w:t>Ce lexique n'a pas la "neutralité" des dictionnaires habituels : pour certaines rubriques clés, t'auteur précise et développe sa conception d'une pédologie moderne, donnant ainsi matière à débattre. Il prolonge les ouvrages précédents du même auteur (Guide des analyses en pédologie, 2000 ; Guide pour La description des sols, 2011) et donne au lecteur - spécialiste ou non des sols - le goût d'approfondir ses connaissances en pédologie et surtout de les appliquer à des problèmes concrets. Destiné plus particulièrement aux étudiants et aux enseignants, ce Lexique intéressera aussi les agro-pédologues, agronomes, forestiers, géologues, géographes, archéologues, spécialistes de l'aménagement du territoire, environnementalistes, paysagistes,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