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Balkanski, Minko/ Sébenne, Claude/ Aigrain,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énergie cinétique/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approfondie aux concepts fondamentaux de la physique, en mettant l’accent sur la mécanique et la physique des particules.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