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d'embryologie.T1, Embryologie générale comparée et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Dollander,Alexis/ Fenart,Raphaël/ Duprez, Adrien/ Dalcq,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347-360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albumen/ pellucide/ anisogamie/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deux parties suivants: -embryologie générale comparée. - embryologie générale comparée. - embryologie générale humaine.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