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 et topométrie modernes. T2, calculs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Milles, Serge/ Lagofun,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2212022891</w:t>
            </w:r>
          </w:p>
        </w:tc>
      </w:tr>
      <w:tr>
        <w:trPr>
          <w:trHeight w:val="567"/>
        </w:trPr>
        <w:tc>
          <w:tcPr>
            <w:tcW w:type="dxa" w:w="3000"/>
          </w:tcPr>
          <w:p>
            <w:r>
              <w:t>Thème</w:t>
            </w:r>
          </w:p>
        </w:tc>
        <w:tc>
          <w:tcPr>
            <w:tcW w:type="dxa" w:w="7000"/>
          </w:tcPr>
          <w:p>
            <w:r>
              <w:t>Topographie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topographique/ géométrie plane et spatiale/ </w:t>
            </w:r>
          </w:p>
        </w:tc>
      </w:tr>
    </w:tbl>
    <w:p>
      <w:pPr>
        <w:pStyle w:val="Heading3"/>
      </w:pPr>
      <w:r>
        <w:t>Résumé :</w:t>
      </w:r>
    </w:p>
    <w:p>
      <w:r>
        <w:t>Ce second tome de " topographie et topométrie modernes " est consacré aux calculs topographiques, tandis que le premier traite des techniques de mesure et de représentation. a eux deux, ils constituent donc une référence sur la topographie. cet ouvrage, conçu comme un cours allant du niveau débutant jusqu'à celui du professionnel de la topographie, couvre la plupart des enseignements des classes de bep, bts et formations de niveau ingénieur. il propose un enseignement théorique largement étayé de cas pratiques : plus de 600 schémas, 150 photographies, des exemples issus de sujets d'examens, mais aussi des cas réels et de nombreux exercices corrigés. résolument tourné vers les techniques qui ont émergé ces dernières années avec la formidable poussée de l'informatique, il fait également la part belle aux technologies les plus récentes de mesure et de communication. sont notamment traités : l'établissement et densification de canevas ; le relèvement, recoupement, intersection ; le cheminement, point nodal en planimétrie ; la division de surfaces et le redressement de limites ; les droites et cercles, intersections, la détermination d'un cercle ; les outils mathématiques, la théorie des erreurs, les tolérances légales ; le calcul des volumes. l'ouvrage traite également en détail des derniers développements technologiques moyens informatiques (qbasic, autocad, logiciels ski de leica, technologie gps), instruments de pointe (théodolite opto-mécanique, niveau numérique, mesures par satellites, etc.). cette partie offre un apprentissage direct de dessin assisté par ordinateur (dao), dont les outils et les exercices sont fournis sur le cédérom joint à l'ouvrage. cet ouvrage, sans équivalent sur le marché, est avant tout destiné aux professionnels, topographes ou géomètres. il sera également très utile aux enseignants et aux étudiants qui suivent une formation spécialisée. sur le cédérom : les exemples de l'ouvrage ; une bibliothèque de symboles topographiques pour autocad ; des tableaux de calcul de topographie sous excel ; des listings de programmes qbasic et les fichiers texte associés ; une bibliothèque d'exercices de topographie avec correction aux formats word, autocad et excel ; une version électronique de l'ouvrage au format acrobat ; une description électronique du logiciel ski de leica ; une présentation électronique du concept open survey world.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