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Production d'énergie électrique à partir des sources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Robyns, Benoit/ Davigny, Arnaud/ Francois, Bruno/ Henneton, Antoine/ Sprooten, Jonathan/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Sciences et technologies de l'énergie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9782746224896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renouvelable/ production d'électricité/ </w:t>
            </w:r>
          </w:p>
        </w:tc>
      </w:tr>
    </w:tbl>
    <w:p>
      <w:pPr>
        <w:pStyle w:val="Heading3"/>
      </w:pPr>
      <w:r>
        <w:t>Résumé :</w:t>
      </w:r>
    </w:p>
    <w:p>
      <w:r>
        <w:t>Les questions de développement durable et de projection des besoins futurs favorisent l'apparition de nouvelles technologies de production d'énergie et entraînent un changement de comportement des usagers. ce livre contribue à une meilleure appréhension de ces technologies émergentes de production d'électricité. il analyse leurs enjeux, leurs sources et leurs…</w:t>
        <w:br/>
        <w:br/>
        <w:t>les questions de développement durable et de projection des besoins futurs favorisent l'apparition de nouvelles technologies de production d'énergie et entraînent un changement de comportement des usagers. ce livre contribue à une meilleure appréhension de ces technologies émergentes de production d'électricité. il analyse leurs enjeux, leurs sources et leurs moyens de conversion électrique. suivant une approche didactique et générale, cet ouvrage présente : - les systèmes de production d'électricité à partir de ressources énergétiques renouvelables des petites aux moyennes puissances (jusque 100 à 200 mw), - les notions électrotechniques de base nécessaire à la compréhension des caractéristiques de fonctionnement de ces convertisseurs, - les contraintes et problèmes d'intégration dans les réseaux électriques de ces moyens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