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d'énergie, électrotechnique,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Valérie/ Jameau, Alain/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2729818642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électronique de puissance/ </w:t>
            </w:r>
          </w:p>
        </w:tc>
      </w:tr>
    </w:tbl>
    <w:p>
      <w:pPr>
        <w:pStyle w:val="Heading3"/>
      </w:pPr>
      <w:r>
        <w:t>Résumé :</w:t>
      </w:r>
    </w:p>
    <w:p>
      <w:r>
        <w:t>Cet ouvrage s'adresse aux étudiants préparant le BTS d'électrotechnique, à ceux préparant un DUT génie électrique ainsi qu'à tous ceux ayant besoin de réviser leurs connaissances en électronique : CAPES de physique appliquée, de génie électrique, etc. Ce livre contient une partie "Rappel de cours", qui n'a pas la prétention de remplacer un ouvrage théorique complet mais celle d'aider le lecteur en lui facilitant ses recherches sur des notions théoriques auxquelles il est fait appel dans les sujets d'examens traités. L'ouvrage contient aussi une partie "Sujets corrigés" comportant les énoncés des dix dernières années du BTS d'électrotechnique ainsi que les solutions détaillées correspondantes.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