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Gynécologie Obstétrique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Hamoud, Yasmine/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gynécologie obstétrique/ grossesse/ achouchement/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complet et pédagogique qui aborde l’ensemble des connaissances nécessaires en gynécologie et obstétrique, disciplines essentielles de la médecine de la femme</w:t>
        <w:br/>
        <w:br/>
        <w:t>Rédigé dans un esprit didactique et clinique, l’ouvrage vise à fournir aux étudiants en médecine, internes et praticiens les bases théoriques, diagnostiques et thérapeutiques indispensables à la prise en charge des patientes tout au long de leur vie reproductive.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