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engineering electromagnetics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Balanis, Constantine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0471621943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maxwell’s equations/ electromagnetic fields/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