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Understanding Fiber Optics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College Div/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775-790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9780131174290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fiber optics/ </w:t>
            </w:r>
          </w:p>
        </w:tc>
      </w:tr>
    </w:tbl>
    <w:p>
      <w:pPr>
        <w:pStyle w:val="Heading3"/>
      </w:pPr>
      <w:r>
        <w:t>Résumé :</w:t>
      </w:r>
    </w:p>
    <w:p>
      <w:r>
        <w:t>This book is thorough, up to date, and provides comprehensive and intuitive introduction to fiber optics. With mathematics limited to basic algebra, the book takes a practical approach to understanding fiber optics.It thoroughly describes important concepts for the novice, building up an understanding of optical fibers, their properties, light sources and detectors, and fiber-optic components and their application in fiber-optic systems. It covers the basics of fiber-optic measurement and troubleshooting. Ideal for technicians, entry-level engineers, and other nonspecialists.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