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Électrotechnique. T2, Réalisations d'équipements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Golfier, André/ Mélan,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2206003120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équipement électrique/ câblage de la platine/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essentiellement des installations et équipements électriques : appareillage, schémas, câblage, montages pratiques, mise en service, maintenance simple. Il combine théorie technique (symboles, objets électriques, normes) et ateliers d’application (réalisation de circuits, contrôle, vérification).</w:t>
        <w:br/>
        <w:br/>
        <w:t>Extrait de la fiche de bibliothèque : cet ouvrage de Technologies industrielles, réalisations d’équipements électriques, les installations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