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de mesures électrique et essais de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Lafosse, M./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sécurité électrique/ </w:t>
            </w:r>
          </w:p>
        </w:tc>
      </w:tr>
    </w:tbl>
    <w:p>
      <w:pPr>
        <w:pStyle w:val="Heading3"/>
      </w:pPr>
      <w:r>
        <w:t>Résumé :</w:t>
      </w:r>
    </w:p>
    <w:p>
      <w:r>
        <w:t>Le livre « Guide pratique de mesures électrique et essais de machines » de Lafosse, publié chez Dunod, est un ouvrage qui se concentre sur l'application pratique des mesures électriques et des essais sur les machines électriques. Il couvre des sujets comme les mesures de tension, de courant, de résistance, la sécurité électrique et les tests de continuité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