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Électrotechnique. T1, Réalisations d'équipements électriques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Golfier, André/ Mélan,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Delagrave/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Technologies industrielles(N°:None)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2206002523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équipement électrique/ </w:t>
            </w:r>
          </w:p>
        </w:tc>
      </w:tr>
    </w:tbl>
    <w:p>
      <w:pPr>
        <w:pStyle w:val="Heading3"/>
      </w:pPr>
      <w:r>
        <w:t>Résumé :</w:t>
      </w:r>
    </w:p>
    <w:p>
      <w:r>
        <w:t>L’ouvrage vise à fournir aux élèves de technologie et aux adultes en formation permanente les connaissances et outils nécessaires pour réaliser des équipements électriques de façon autonome dans un cadre « technologique ». L’approche est pratique : passer des principes aux applications concrètes, et permettre de maîtriser les différentes étapes de l’installation électrique (choix des composants, câblage, montage, contrôle). On y trouve une importance donnée à l’autonomie de l’opérateur/étudiant dans la réalisation et la vérification de ces systèmes.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