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spectroscopiques en biochimie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Péré,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régional de documentation pédagogique d'Aquitaine/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2866173384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principes, l’équipement et les applications de plusieurs techniques spectroscopiques couramment utilisées dans les laboratoires de biochimie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