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Basic electrical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8170084245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basic electrical engineering/ transformer ratings/ </w:t>
            </w:r>
          </w:p>
        </w:tc>
      </w:tr>
    </w:tbl>
    <w:p>
      <w:pPr>
        <w:pStyle w:val="Heading3"/>
      </w:pPr>
      <w:r>
        <w:t>Résumé :</w:t>
      </w:r>
    </w:p>
    <w:p>
      <w:r>
        <w:t>The book Comprehensive Basic Electrical Engineering presents the fundamental principles of electrical engineering, gradually covering concepts of direct and alternating current Kirchhoff’s laws, resistive, inductive, and capacitive circuits, as well as methods for analyzing electrical networks. It also discusses electrical machines (transformers, motors, and generators), electrical measurement and instrumentation, and the basics of electronics and power systems. The book emphasizes conceptual understanding, practical application of electrical laws, and technical problem-solving through numerous examples and exercises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