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 la mesure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Peutot, Christian/ Chassaing, Jean Paul/ Félice, Éric/ Kohler, Alain/ </w:t>
            </w:r>
          </w:p>
        </w:tc>
      </w:tr>
      <w:tr>
        <w:trPr>
          <w:trHeight w:val="567"/>
        </w:trPr>
        <w:tc>
          <w:tcPr>
            <w:tcW w:type="dxa" w:w="3000"/>
          </w:tcPr>
          <w:p>
            <w:r>
              <w:t>Adresse bib.</w:t>
            </w:r>
          </w:p>
        </w:tc>
        <w:tc>
          <w:tcPr>
            <w:tcW w:type="dxa" w:w="7000"/>
          </w:tcPr>
          <w:p>
            <w:r>
              <w:t xml:space="preserve">L'usine nouvelle/ Dunod/ </w:t>
            </w:r>
          </w:p>
        </w:tc>
      </w:tr>
      <w:tr>
        <w:trPr>
          <w:trHeight w:val="567"/>
        </w:trPr>
        <w:tc>
          <w:tcPr>
            <w:tcW w:type="dxa" w:w="3000"/>
          </w:tcPr>
          <w:p>
            <w:r>
              <w:t>Nombre de Pages</w:t>
            </w:r>
          </w:p>
        </w:tc>
        <w:tc>
          <w:tcPr>
            <w:tcW w:type="dxa" w:w="7000"/>
          </w:tcPr>
          <w:p>
            <w:r>
              <w:t>XV-486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9782100054091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 électrique/ </w:t>
            </w:r>
          </w:p>
        </w:tc>
      </w:tr>
    </w:tbl>
    <w:p>
      <w:pPr>
        <w:pStyle w:val="Heading3"/>
      </w:pPr>
      <w:r>
        <w:t>Résumé :</w:t>
      </w:r>
    </w:p>
    <w:p>
      <w:r>
        <w:t>Seul et unique « traité de terrain » dans le domaine, cet ouvrage présente les principes et les pratiques de la mesure en électricité, électrotechnique et automatismes, en milieu domestique, tertiaire ou industriel :- les risques d'utilisation de l'énergie électrique, les modes opératoires à respecter avant toute intervention et sur les normes et habilitations en vigueur ;- tous les types de mesure électrique (tension, courant, terre et résistivité, isolement, court-circuit, puissance et qualité énergétique...), le choix et de la mise en oeuvre des différentes méthodes et équipements ;L'ouvrage présente également différentes informations non moins utiles sur l'isolation galvanique, l'étalonnage des instruments, les organismes de contrôle. Abondamment illustré de schémas et photographies (installations, équipements, manipulations...), cet ouvrage est l'outil de travail indispensable à toute personne confrontée à la mesure de grandeurs électriques : ingénieur et technicien en électrotechnique ou automatismes, mais également artisan électricien, formateur ou encore étudiant des filières électriques et électrotechniques.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