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2100490648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exercice et problème corrigé/ puissance électrique/ </w:t>
            </w:r>
          </w:p>
        </w:tc>
      </w:tr>
    </w:tbl>
    <w:p>
      <w:pPr>
        <w:pStyle w:val="Heading3"/>
      </w:pPr>
      <w:r>
        <w:t>Résumé :</w:t>
      </w:r>
    </w:p>
    <w:p>
      <w:r>
        <w:t>La rigueur nécessaire à l'étude de l'électrotechnique nécessite des bases solides en manipulation des circuits et des puissances électriques, et ne peut s'acquérir qu'en se mettant à l'épreuve sur des exercices variés avant d'aborder des sujets plus complets. voilà pourquoi cet ouvrage propose, pour chaque thème abordé une progression identique : une synthèse de cours qui présente les notions incontournables, une série d'exercices permettant de gagner en confiance et de cerner facilement les points à éclaircir et, pour finir, un ou plusieurs problèmes plus ardus. les solutions relatives à chaque problème sont particulièrement détaillées et insistent sur les notions à maîtriser ainsi que sur les méthodes de calculs propres à l'électrotechnique. des circuits monophasés et triphasés en alternatif sinusoïdal, jusqu'aux moteurs électriques vus sous différents angles, en passant par l'étude des transformateurs, des régimes transitoires, des grandeurs non sinusoïdales et harmoniques, le lecteur sera sûr de balayer l'ensemble du programme à travers un travail personnel efficace. ce livre est plus particulièrement destiné aux élèves et étudiants des sts, iut, iup, licences (de la 1er à la 3e année), capes, capet, écoles d'ingénieurs orientées vers le génie électrique ou l'énergie électrique. il complète les cours introduction à l'électrotechnique - fondements d'électricité et d'électromagnétisme de j. laroche et electrotechnique - transformateurs et machines tournantes de d. bareille et j-p daunis dans la même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