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Propagation des ondes radioélectriques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Lavergnat, Jacques/ Sylvain, Michel/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256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pédagogique de télécommunication(N°:None)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2225853622</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onde électromagnétique/ modélisation de la propagation/ </w:t>
            </w:r>
          </w:p>
        </w:tc>
      </w:tr>
    </w:tbl>
    <w:p>
      <w:pPr>
        <w:pStyle w:val="Heading3"/>
      </w:pPr>
      <w:r>
        <w:t>Résumé :</w:t>
      </w:r>
    </w:p>
    <w:p>
      <w:r>
        <w:t>L'ouvrage constitue une initiation à l'étude de la propagation libre des ondes électromagnétiques. gardant en vue l'objectif des études de propagation, qui est de fournir aux concepteurs de systèmes les éléments d'information dont ils ont besoin pour assurer la qualité de leurs liaisons, il insiste davantage sur les méthodes d'élaboration des modèles de propagation que sur l'état actuel (en perpétuelle évolution) des résultats. les trois éléments de base des études de propagation, à savoir la nature des modélisations effectuées, les phénomènes électromagnétiques pertinents et la description des milieux de propagation rencontrés, font l'objet des trois premiers chapitres. le dernier chapitre montre, sur quelques exemples choisis, comment la matière des trois premiers peut être assemblée lors de l'étude d'un cas particulier. ce livre s'adresse aux élèves des écoles d'ingénieurs et à ceux de certaines maîtrises. comme tous les ouvrages de la collection, il comporte des exercices avec leurs solutions détaillées. certains de ces exercices cherchent à se rapprocher des problèmes effectivement rencontrés en pratique et sont de ce fait d'un niveau assez difficile.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