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enzymes, biocatalyseurs protéiques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Augère, Bernard/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2729800646</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enzymologie/ biochimie/ </w:t>
            </w:r>
          </w:p>
        </w:tc>
      </w:tr>
    </w:tbl>
    <w:p>
      <w:pPr>
        <w:pStyle w:val="Heading3"/>
      </w:pPr>
      <w:r>
        <w:t>Résumé :</w:t>
      </w:r>
    </w:p>
    <w:p>
      <w:r>
        <w:t>Les enzymes sont des acteurs discrets mais omniprésents de la vie cellulaire. Sans ces protéines douées d'un pouvoir catalytique, aucune des réactions indispensables au métabolisme des cellules ne serait possible. Les enzymes sont des biocatalyseurs protéiques.</w:t>
        <w:br/>
        <w:br/>
        <w:t>Cet ouvrage se propose donc d'étudier le mode d'action de ces biomolécules à partir de quelques exemples. L'objectif recherché est d'apporter un éclairage pédagogique de bon niveau scientifique pour tout étudiant désireux de poursuivre des études supérieures en biologie.</w:t>
        <w:br/>
        <w:br/>
        <w:t>Cet ouvrage est donc naturellement destiné aux étudiants de premier cycle universitaire en Sciences de la Vie, aux étudiants des classes préparatoires de type BCPST ou VETO ainsi qu'aux candidats préparant les concours de recrutement de l'Éducation nationale (CAPES, Agrégation).</w:t>
        <w:br/>
        <w:br/>
        <w:t>Toutefois, les professeurs des classes de l'enseignement secondaire pourront y trouver des schémas ainsi que des compléments d'information susceptibles de les aider dans leur pratique pédagogique.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