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d'électricité. T1,lois générale des régimes stationnaires et quasi-stationnaires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Frühling, A/ Néel,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lois de l'électrocinétique/ régime continu/ quasi-stationnaire/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et aux ingénieurs qui débutent dans l'étude de l'électricité, en particulier dans le domaine des circuits électriques en régime continu et quasi-stationnaire. Le livre « Cours d'électricité. TOME 1, lois générales des régimes stationnaires et quasi-stationnaires » de A. Frühling (Dunod, 1966) est un ouvrage d'introduction à l'électrocinétique. Il couvre les bases du courant continu et quasi-stationnaire en présentant les lois des circuits, les grandeurs physiques comme l'intensité et la tension, et les composants de base tels que les résistances, condensateurs et bobines.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