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Oxford beginner's japanese dictionnary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Bunt, Jonathan/ Hall, Gillian/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9780199298525</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language/ </w:t>
            </w:r>
          </w:p>
        </w:tc>
      </w:tr>
    </w:tbl>
    <w:p>
      <w:pPr>
        <w:pStyle w:val="Heading3"/>
      </w:pPr>
      <w:r>
        <w:t>Résumé :</w:t>
      </w:r>
    </w:p>
    <w:p>
      <w:r>
        <w:t>Each Oxford Beginner's Bilingual Dictionary is designed to offer English speaking adult learners a comprehensive, straightforward introduction to foreign languages, covering all the vocabulary needed for the first years of study, along with notes on grammar and usage and guidance on the culture where the language is spoken.</w:t>
        <w:br/>
        <w:br/>
        <w:br/>
        <w:br/>
        <w:t>These easy to use references break from standard dictionary design. Clear entries with examples showing how the language works in context make it quick and simple to find the translation you're looking for, and the bold, color layout makes the dictionary easy to navigate, allowing you to get to grips with the language fast. All main translations are preceded by an equals sign so that they are instantly identifiable, and all parts of the entry are spelled out in full, avoiding confusing jargon and abbreviations. Grammar and usage notes throughout the text warn of possible translation pitfalls, and thousands of example phrases show how the language is used in real life.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