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Lasne, Luc/ Gianduzzo, Jean-Claude/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9782100507207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lois de l’électricité/ courant continu/ </w:t>
            </w:r>
          </w:p>
        </w:tc>
      </w:tr>
    </w:tbl>
    <w:p>
      <w:pPr>
        <w:pStyle w:val="Heading3"/>
      </w:pPr>
      <w:r>
        <w:t>Résumé :</w:t>
      </w:r>
    </w:p>
    <w:p>
      <w:r>
        <w:t>Cet ouvrage est un cours complet d’électrotechnique orienté «ingénierie», selon une approche pratique permettant le lien entre les notions théoriques et les applications industrielles. Le but de l’ouvrage est donc d’accompagner le lecteur, depuis l’apprentissage des notions de base jusqu’aux notions à connaître parfaitement pour l'examen. Chaque chapitre se termine par des exercices d’application corrigés destinés à valider les acquis.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