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Neurologie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Liu,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neurologie/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fournir un support clair et pratique pour l’étude de la neurologie, principalement destiné aux étudiants en médecine préparant les examens (UECN / ECN). Il combine l’apprentissage par **items théoriques** et par **dossiers cliniques progressifs**, facilitant l’acquisition des connaissances et la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