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 tokyo romance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Buruma, Ian/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Penguin Books/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 cm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