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génétique, biologie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Étienne, Jacqueline/ Clauser, Éric/ Conchon, Sophie/ Millot, Françoise/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 eme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Abrégés. Cours + exos(N°:None)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2294004477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 clinique/ Biologie moleculaire/ </w:t>
            </w:r>
          </w:p>
        </w:tc>
      </w:tr>
    </w:tbl>
    <w:p>
      <w:pPr>
        <w:pStyle w:val="Heading3"/>
      </w:pPr>
      <w:r>
        <w:t>Résumé :</w:t>
      </w:r>
    </w:p>
    <w:p>
      <w:r>
        <w:t>L'ouvrage : Est une mise au point très didactique des connaissances actuelles dans le domaine de la biochimie génétique et de la biologie moléculaire ; Comprend l'essentiel du cours pour acquérir les connaissances, réviser, s'informer et propose 110 QCM et 235 exercices avec leurs corrigés détaillés pour s'évaluer et s'entraîner aux épreuves ; Expose les notions fondamentales concernant : la structure de l'ADN et des ARN ; les étapes de l'expression génique (transcription, épissage, editing, traduction...) et leurs régulations ; la réplication et le cycle cellulaire ; les mutations et réparations de l'ADN ; les structures et cycles réplicatifs des virus des hépatites et du VIH ; les prions ; la transduction du signal et les bases moléculaires de l'oncogenèse ; Détaille les principaux outils et techniques de la biologie moléculaire et leurs applications dans la recherche fondamentale ; dans l'industrie pharmaceutique et la médecine ; dans le domaine de la thérapie génique. Le public : Principalement les étudiants du 1er cycle des études médicales, de pharmacie, et en sciences de la vie ; Mais aussi : les candidats au concours de l'internat ; les étudiants préparant une maîtrise, un DEA ; tout biologiste ou clinicien qui souhaite acquérir les bases pour comprendre les travaux scientifiques traitant de biologie moléculaire.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