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Electrical Engineering and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Delplancke, Marie Paule/ </w:t>
            </w:r>
          </w:p>
        </w:tc>
      </w:tr>
      <w:tr>
        <w:trPr>
          <w:trHeight w:val="567"/>
        </w:trPr>
        <w:tc>
          <w:tcPr>
            <w:tcW w:type="dxa" w:w="3000"/>
          </w:tcPr>
          <w:p>
            <w:r>
              <w:t>Adresse bib.</w:t>
            </w:r>
          </w:p>
        </w:tc>
        <w:tc>
          <w:tcPr>
            <w:tcW w:type="dxa" w:w="7000"/>
          </w:tcPr>
          <w:p>
            <w:r>
              <w:t xml:space="preserve">S. Chand and Publishing/ </w:t>
            </w:r>
          </w:p>
        </w:tc>
      </w:tr>
      <w:tr>
        <w:trPr>
          <w:trHeight w:val="567"/>
        </w:trPr>
        <w:tc>
          <w:tcPr>
            <w:tcW w:type="dxa" w:w="3000"/>
          </w:tcPr>
          <w:p>
            <w:r>
              <w:t>Nombre de Pages</w:t>
            </w:r>
          </w:p>
        </w:tc>
        <w:tc>
          <w:tcPr>
            <w:tcW w:type="dxa" w:w="7000"/>
          </w:tcPr>
          <w:p>
            <w:r>
              <w:t>721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9788121910538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electrical/ </w:t>
            </w:r>
          </w:p>
        </w:tc>
      </w:tr>
    </w:tbl>
    <w:p>
      <w:pPr>
        <w:pStyle w:val="Heading3"/>
      </w:pPr>
      <w:r>
        <w:t>Résumé :</w:t>
      </w:r>
    </w:p>
    <w:p>
      <w:r>
        <w:t>About the Principles of Electrical Engineering andElectronics Contents Fundamentals of Current Electricity D.C. Circuits Demodulation Integrated Circuits Number Systems Logic Gates Boolean Algebra Logic Families Transducers Electronic Instruments Fibre Optics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