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L'embryon chez l'homme et l'animal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Martal,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Institut national de la santé et de la recherche/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 update(N°:None)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309- 323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2855984047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embryon/ génie génétique/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une synthèse des connaissances actuelles sur l'embryon humain et animal. Les thèmes abordés - clonage embryonnaire et somatique, transgenèse, thérapie cellulaire, diagnostic génétique pré-implantatoire, développement et évolution, génétique et épigénétique... - donneront aux lecteurs, dans un langage accessible à tous, des éléments de réponse aux questions que font naître la biologie et la médecine d'aujourd'hui. Public : cliniciens, scientifiques, enseignants, biologistes, philosophes, étudiants.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