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d'électricité. T4,appalications de l'énergie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Heiny, P./ Naudy, R./ Darées, R./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515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énergie électrique/ </w:t>
            </w:r>
          </w:p>
        </w:tc>
      </w:tr>
    </w:tbl>
    <w:p>
      <w:pPr>
        <w:pStyle w:val="Heading3"/>
      </w:pPr>
      <w:r>
        <w:t>Résumé :</w:t>
      </w:r>
    </w:p>
    <w:p>
      <w:r>
        <w:t>Le livre sur l'image est intitulé "Technologie de l'électricité".</w:t>
        <w:br/>
        <w:br/>
        <w:t xml:space="preserve">Il s'agit d'un ouvrage technique qui sert d'introduction aux applications de l'électricité. Il est conçu pour familiariser les étudiants avec le langage et les méthodes de calcul utilisées par les ingénieurs électriciens. </w:t>
        <w:br/>
        <w:br/>
        <w:t xml:space="preserve">Le livre comble le fossé entre la théorie de l'électricité enseignée aux étudiants et sa pratique par les ingénieurs. </w:t>
        <w:br/>
        <w:br/>
        <w:t>Il aborde les notions fondamentales de l'électricité, telles que le courant, la tension, la résistance, la puissance et l'énergie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