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l'ingénieu. T2, Milieux déformables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Bamberger, Yves/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273-278. Index p.p. 279-289</w:t>
            </w:r>
          </w:p>
        </w:tc>
      </w:tr>
      <w:tr>
        <w:trPr>
          <w:trHeight w:val="567"/>
        </w:trPr>
        <w:tc>
          <w:tcPr>
            <w:tcW w:type="dxa" w:w="3000"/>
          </w:tcPr>
          <w:p>
            <w:r>
              <w:t>Numéro d'Identification</w:t>
            </w:r>
          </w:p>
        </w:tc>
        <w:tc>
          <w:tcPr>
            <w:tcW w:type="dxa" w:w="7000"/>
          </w:tcPr>
          <w:p>
            <w:r>
              <w:t>2705659137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l’ingénieur/ déformations/ </w:t>
            </w:r>
          </w:p>
        </w:tc>
      </w:tr>
    </w:tbl>
    <w:p>
      <w:pPr>
        <w:pStyle w:val="Heading3"/>
      </w:pPr>
      <w:r>
        <w:t>Résumé :</w:t>
      </w:r>
    </w:p>
    <w:p>
      <w:r>
        <w:t>Cet ouvrage est issu du cours de mécanique de l'Ecole nationale des Ponts et Chaussées à Paris que l'auteur anime depuis une dizaine d'années, entouré d'une équipe d'ingénieurs et de chercheurs travaillant dans les divers domaines de la mécanique et de ses applications au génie civil, au génie industriel, au génie nucléaire, au génie rural ... Il est, dans une large mesure, le reflet des préoccupations professionnelles et de l'expérience pédagogique de l'équipe. L'ouvrage suit les orientations principales de l'enseignement de l'école : exposition à partir du principe des travaux visuels et des méthodes énergétiques qui permet une présentation unitaire et articulée des divers modèles jusqu'aux méthodes de résolutions (éléments finis), de développements sur la schématisation des phénomènes et des systèmes réels, de distinction entre les propriétés universelles conséquences des principes et les propriétés liées aux comportements des matériaux. L'ouvrage est divisé en quatre parties, une par volume : système de corps rigides ; milieux déformables ; solides déformables ; fluides. Dans ce volume, les bases de la mécanique des milieux déformables sont exposées en variables d'Euler et en variables de Lagrange. L'introduction des lois de comportement est effectuée ensuite d'une part en se référant aux résultats expérimentaux, d'autre part en étudiant l'apport de la thermodynamique. L'ouvrage s'adresse principalement aux étudiants des écoles d'ingénieurs et d'université, en deuxième et troisième cycles, ainsi qu'aux ingénieurs désireux d'avoir à leur disposition un ouvrage présentant les principaux outils de la mécanique.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