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Électromagnétisme, ondes, électrocinétique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Badel, Pierre-Bernard/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2100037919</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électromagnétisme/ Ondes électromagnétiques/ </w:t>
            </w:r>
          </w:p>
        </w:tc>
      </w:tr>
    </w:tbl>
    <w:p>
      <w:pPr>
        <w:pStyle w:val="Heading3"/>
      </w:pPr>
      <w:r>
        <w:t>Résumé :</w:t>
      </w:r>
    </w:p>
    <w:p>
      <w:r>
        <w:t>Ce livre d'exercices de physique s'adresse aux élèves des classes préparatoires, filières MP, MP*, PC, PC*. Les exercices présentés sont fidèles à la lettre et à l'esprit du nouveau programme de physique de ces classes. Les rappels de cours sont complets et insistent sur l'essentiel à retenir pour résoudre les exercices. Les auteurs ont mis à profit leur expérience d'anciens élèves de classes préparatoires pour présenter le plus clairement possible les méthodes, plus ou moins subtiles, qu'il est indispensable de posséder pour aborder efficacement les concours. Conformément à l'esprit des nouveaux programmes, ils insistent sur les phénomènes physiques rencontrés et prennent soin de préciser le raisonnement physique précédant tout calcul. L'objectif de cet ouvrage est d'amener l'étudiant à se poser les bonnes questions au bon moment afin de choisir, parmi ses connaissances, le moyen le plus adéquat pour résoudre le problème posé. Enfin, chaque exercice est complété par une rubrique RETENIR ! qui expose l'originalité de la démarche présentée et qui souligne les points importants abordés tout au long du chapitre. Ce volume est le complément indispensable de Mécanique Thermodynamique - Optique - Mécanique des fluides, de Jean Delour et Arnaud Saint-Sauveur, paru dans la même collection, et qui couvre ainsi le programme de physique de 2e année.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