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Éléments d'immunologie médicale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Daguet, Gaston Louis/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Flammarion Médecine-sciences/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Éléments de...(N°:None)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p-p 241-246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2257305223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Immunologie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Physiologie humaine et sujets connexes/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antigène/ inflammation/ phagocytose/ </w:t>
            </w:r>
          </w:p>
        </w:tc>
      </w:tr>
    </w:tbl>
    <w:p>
      <w:pPr>
        <w:pStyle w:val="Heading3"/>
      </w:pPr>
      <w:r>
        <w:t>Résumé :</w:t>
      </w:r>
    </w:p>
    <w:p>
      <w:r>
        <w:t>Cet ouvrage étude les trois chapitres suivants: 1- le système immunitaire. 2- antigènes. 3 anticorps et immunoglobulines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