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T2, applications de l'é'lectricité et appareillage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 Capliez, A/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application de l'électricité/ appareillage électrique/ </w:t>
            </w:r>
          </w:p>
        </w:tc>
      </w:tr>
    </w:tbl>
    <w:p>
      <w:pPr>
        <w:pStyle w:val="Heading3"/>
      </w:pPr>
      <w:r>
        <w:t>Résumé :</w:t>
      </w:r>
    </w:p>
    <w:p>
      <w:r>
        <w:t>Cet ouvrage constitue le second tome de la série « Technologie d’électricité », rédigée à l’intention des élèves de l’enseignement technique et professionnel post-élémentaire.</w:t>
        <w:br/>
        <w:br/>
        <w:t>Il traite des applications pratiques de l’électricité ainsi que des principaux appareillages électriques utilisés dans l’industrie et la formation technique.</w:t>
        <w:br/>
        <w:br/>
        <w:t>Richement illustré de schémas et de photographies en noir et blanc, le livre accompagne l’étudiant dans la compréhension des phénomènes électriques appliqués et des dispositifs de commande, de protection et de distribution.</w:t>
        <w:br/>
        <w:br/>
        <w:br/>
        <w:br/>
        <w:t>L’approche adoptée par Heiny et Capliez met l’accent sur la rigueur scientifique alliée à la clarté pédagogique.</w:t>
        <w:br/>
        <w:br/>
        <w:t>Les thèmes abordés incluent :</w:t>
        <w:br/>
        <w:br/>
        <w:t>- l’électricité statique et dynamique,</w:t>
        <w:br/>
        <w:br/>
        <w:t>- les circuits à courant alternatif,</w:t>
        <w:br/>
        <w:br/>
        <w:t>- les transformateurs,</w:t>
        <w:br/>
        <w:br/>
        <w:t>- les moteurs électriques,</w:t>
        <w:br/>
        <w:br/>
        <w:t>- les appareillages de commande et de sécurité.</w:t>
        <w:br/>
        <w:br/>
        <w:br/>
        <w:br/>
        <w:t>Chaque chapitre vise à relier la théorie électrotechnique à ses usages concrets dans les installations électriques.</w:t>
        <w:br/>
        <w:br/>
        <w:br/>
        <w:br/>
        <w:t>Ce tome illustre parfaitement la mission des éditions Foucher dans les années 1970 : fournir aux enseignants et aux apprentis des outils de formation solides, adaptés à l’évolution rapide de la technologie électrique.</w:t>
        <w:br/>
        <w:br/>
        <w:t>Sa présentation soignée — couverture rouge et blanche, format 220 × 160 mm, cachets académiques — témoigne de son usage institutionnel comme manuel de référence.</w:t>
        <w:br/>
        <w:br/>
        <w:br/>
        <w:br/>
        <w:t>L’ouvrage reste un témoin précieux de l’enseignement technique français de la seconde moitié du XXᵉ siècle, mettant en avant la précision scientifique, la méthodologie expérimentale et l’application directe des principes de l’électricité dans les métiers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