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L'aménagement du territoire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Nicole, Montricher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la Découverte/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Repères(N°:None)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9782707124760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du territoire (France)/ </w:t>
            </w:r>
          </w:p>
        </w:tc>
      </w:tr>
    </w:tbl>
    <w:p>
      <w:pPr>
        <w:pStyle w:val="Heading3"/>
      </w:pPr>
      <w:r>
        <w:t>Résumé :</w:t>
      </w:r>
    </w:p>
    <w:p>
      <w:r>
        <w:t>Quelles ont été les grandes étapes de la politique française d'aménagement du territoire ? En quoi se distingue-t-elle des politiques allemande et britannique ? Quelles ont été les stratégies de la DATAR (Délégation à l'aménagement du territoire et à l'action régionale) pour délimiter son champ d'intervention ? À quelles contraintes l'aménagement du territoire se heurte-t-il ? Quelles ont été les réalisations les plus marquantes de l'aménagement du territoire ? Quels sont les objectifs et les moyens de la politique européenne dans ce domaine ? Ce livre parfaitement à jour sera utile notamment aux étudiants en aménagement, droit, économie, géographie, sciences politiques.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