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Apprivoiser T07, M05, T07-70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Dupuy, Bernard/ Violet,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2216006742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cassette logiciel/ </w:t>
            </w:r>
          </w:p>
        </w:tc>
      </w:tr>
    </w:tbl>
    <w:p>
      <w:pPr>
        <w:pStyle w:val="Heading3"/>
      </w:pPr>
      <w:r>
        <w:t>Résumé :</w:t>
      </w:r>
    </w:p>
    <w:p>
      <w:r>
        <w:t>Le livre semble être un manuel pédagogique ou didactique sur les ordinateurs TO7, MO5, TO7-70, des ordinateurs 8 bits populaires dans les années 1980 en France. Son objectif : apprendre à “converser” avec ces machines, c’est-à-dire probablement programmer ou utiliser leur interface, leurs langages, leurs fonctions de 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