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d'électricité. T2, phénomènes électriques et magnétiques dépendants du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Goudet, Georges/ Bonnefille, Robert/ Maréchal,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2225405905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magnétisme/ électrodynamique/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