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de systémes et de réseaux. T2,files d'attente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Pujolle, Guy/ Fdida, Serge/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205-209</w:t>
            </w:r>
          </w:p>
        </w:tc>
      </w:tr>
      <w:tr>
        <w:trPr>
          <w:trHeight w:val="567"/>
        </w:trPr>
        <w:tc>
          <w:tcPr>
            <w:tcW w:type="dxa" w:w="3000"/>
          </w:tcPr>
          <w:p>
            <w:r>
              <w:t>Numéro d'Identification</w:t>
            </w:r>
          </w:p>
        </w:tc>
        <w:tc>
          <w:tcPr>
            <w:tcW w:type="dxa" w:w="7000"/>
          </w:tcPr>
          <w:p>
            <w:r>
              <w:t>9782212090048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modélisation de système/ réseaux de files d’attente/ </w:t>
            </w:r>
          </w:p>
        </w:tc>
      </w:tr>
    </w:tbl>
    <w:p>
      <w:pPr>
        <w:pStyle w:val="Heading3"/>
      </w:pPr>
      <w:r>
        <w:t>Résumé :</w:t>
      </w:r>
    </w:p>
    <w:p>
      <w:r>
        <w:t>l'évolution des architectures actuelles ( systèmes centraux, distribués, répartis, archtectures parallèles, réseaux, ect.) rend leur analyse plus complexe. l'étude du comportement d'un systéme informatique requiert des outils capables d'assister chercheurs et ingénieurs pendant les différentes phases de conception, développement et exploitation. la modélisation et l'évaluation de performance apportent une solution à ces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