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T3, l' électricité et la matière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Goudet, Georges/ Bertein, Francois/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XII-357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2225406014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effet peltier/ </w:t>
            </w:r>
          </w:p>
        </w:tc>
      </w:tr>
    </w:tbl>
    <w:p>
      <w:pPr>
        <w:pStyle w:val="Heading3"/>
      </w:pPr>
      <w:r>
        <w:t>Résumé :</w:t>
      </w:r>
    </w:p>
    <w:p>
      <w:r>
        <w:t>le livre "Traité d'électricité. 3, L' Électricité et la matière" est un ouvrage publié en 1975, dirigé par Georges Goudet et co-écrit par plusieurs auteurs dont F. Bertein, J. Chanu, M. Chemla et G. Fournet. Il s'agit du troisième volume d'une série sur l'électricité et se concentre sur l'interaction entre l'électricité et la matière. Il est disponible aux éditions Masson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