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et collecte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Brière, Francois G./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 de Montréal/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2553007752</w:t>
            </w:r>
          </w:p>
        </w:tc>
      </w:tr>
      <w:tr>
        <w:trPr>
          <w:trHeight w:val="567"/>
        </w:trPr>
        <w:tc>
          <w:tcPr>
            <w:tcW w:type="dxa" w:w="3000"/>
          </w:tcPr>
          <w:p>
            <w:r>
              <w:t>Thème</w:t>
            </w:r>
          </w:p>
        </w:tc>
        <w:tc>
          <w:tcPr>
            <w:tcW w:type="dxa" w:w="7000"/>
          </w:tcPr>
          <w:p>
            <w:r>
              <w:t>Evironnement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d'eau potable/ Pollution de l’eau/ </w:t>
            </w:r>
          </w:p>
        </w:tc>
      </w:tr>
    </w:tbl>
    <w:p>
      <w:pPr>
        <w:pStyle w:val="Heading3"/>
      </w:pPr>
      <w:r>
        <w:t>Résumé :</w:t>
      </w:r>
    </w:p>
    <w:p>
      <w:r>
        <w:t>Cet ouvrage est le premier manuel en français qui traite des solutions urbaines aux problèmes de cueillette et de distribution d'eau potable ainsi que d'évacuation des eaux usées. Les connaissances hydrauliques sont présentées simplement et elles sont appliquées à la résolution d'un grand nombre de problèmes. Qu'il soit ingénieur ou technicien, le lecteur apprendra comment calculer, exemples à l'appui, les réseaux d'égouts pluviaux et sanitaires ainsi que les réseaux de distribution d'eau de consommation après avoir mesuré les débits et leurs variations dans le temps et dans l'espace. On examine aussi les différents types de conduites existant sur le marché, en béton, en plastique, en fonte notamment, ainsi que les diamètres commerciaux. L'ouvrage présente de façon claire, du choix jusqu'à l'installation, tout le matériel de distribution et de collecte des eaux, à partir des accessoires comme les regards d'égout et les bouches d'égout jusqu'aux poteaux d'incendie en passant par les vannes, les réservoirs, les prises d'eau, les branchements d'eau et d'égout, les siphons inversés, les équipements de mesure des débits et les stations de pompage. On expose aussi les méthodes de calcul des débits d'incendie et des volumes d'eau nécessaires pour les combattre ainsi que l'évaluation des charges qui s'exercent sur les conduites enfouies afin de pouvoir choisir les conduites appropriées. On présente également les caractéristiques des tranchées où sont installées les conduites : profondeur, largeur, pente des parois et épaisseur des assises (fond) et leur conception. Et enfin, un chapitre traite des maladies transmises par l'eau et des moyens de s‘en protéger.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