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 Deux cents question isolees qcm en cancerologie ] 200 questions isolées QCM en cancérologie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Eymard, Pauline/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9782818313763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Cancérologie/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L'ouvrage contient **200 questions isolées** de cancérologie, chacune présentée sous forme de QCM. </w:t>
        <w:br/>
        <w:br/>
        <w:t xml:space="preserve">* Chaque question est suivie d’une correction/commentaire permettant de vérifier la réponse et de comprendre les notions importantes. </w:t>
        <w:br/>
        <w:br/>
        <w:t>* Le format est pensé pour un ultime entraînement avant l’examen : rapide, ciblé, avec des questions représentatives de ce qui peut être demandé.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