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Textbook of Design of Electrical Installations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Jain, V.K./ Bajaj, Amitabh/ </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526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8170081645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electrical installation design/ electrical systems planning/ </w:t>
            </w:r>
          </w:p>
        </w:tc>
      </w:tr>
    </w:tbl>
    <w:p>
      <w:pPr>
        <w:pStyle w:val="Heading3"/>
      </w:pPr>
      <w:r>
        <w:t>Résumé :</w:t>
      </w:r>
    </w:p>
    <w:p>
      <w:r>
        <w:t>This textbook serves as a comprehensive guide for students and professionals in electrical engineering who want to understand the principles, methods, and standards for designing safe and efficient electrical installations. it bridges the gap between theoretical electrical engineering concepts and their practical application in residential, commercial, and industrial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