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fondements du 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Laurent/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671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667-671</w:t>
            </w:r>
          </w:p>
        </w:tc>
      </w:tr>
      <w:tr>
        <w:trPr>
          <w:trHeight w:val="567"/>
        </w:trPr>
        <w:tc>
          <w:tcPr>
            <w:tcW w:type="dxa" w:w="3000"/>
          </w:tcPr>
          <w:p>
            <w:r>
              <w:t>Numéro d'Identification</w:t>
            </w:r>
          </w:p>
        </w:tc>
        <w:tc>
          <w:tcPr>
            <w:tcW w:type="dxa" w:w="7000"/>
          </w:tcPr>
          <w:p>
            <w:r>
              <w:t>9782743010154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à courant alternatif/ impédance et admittance/ </w:t>
            </w:r>
          </w:p>
        </w:tc>
      </w:tr>
    </w:tbl>
    <w:p>
      <w:pPr>
        <w:pStyle w:val="Heading3"/>
      </w:pPr>
      <w:r>
        <w:t>Résumé :</w:t>
      </w:r>
    </w:p>
    <w:p>
      <w:r>
        <w:t>Cet ouvrage vous permet de consolider les acquis du secondaire et de bien assimiler les bases du génie électrique.</w:t>
        <w:br/>
        <w:br/>
        <w:t>les prérequis utiles sont rappelés dans chaque chapitre : que vous soyez titulaire d'un bac s ou sti vous n'aurez aucun mal à aborder l'ouvrage. de plus, il n'hésite pas à faire appel à plusieurs disciplines (mathématiques, électronique, électrotechnique, automatique) pour bien illustrer les explications. cette pluridisciplinarité, caractéristique de la démarche du génie électrique, vous garantit une bonne compréhension du cours et un bon ancrage dans la pratique.</w:t>
        <w:br/>
        <w:br/>
        <w:t>l'ouvrage couvre tous les champs du génie électrique : électricité, électrotechnique, électronique. tous les modules que vous rencontrerez au cours de votre cursus sont traités :</w:t>
        <w:br/>
        <w:br/>
        <w:t>•</w:t>
        <w:tab/>
        <w:t>les courants électriques (régimes continu, alternatif, sinusoïdal) ;</w:t>
        <w:br/>
        <w:br/>
        <w:t>•</w:t>
        <w:tab/>
        <w:t>les circuits et composants ;</w:t>
        <w:br/>
        <w:br/>
        <w:t>•</w:t>
        <w:tab/>
        <w:t>les conversions d'énergie ;</w:t>
        <w:br/>
        <w:br/>
        <w:t>•</w:t>
        <w:tab/>
        <w:t>le traitement et la transmission du signal ;</w:t>
        <w:br/>
        <w:br/>
        <w:t>•</w:t>
        <w:tab/>
        <w:t>les bases de physique.</w:t>
        <w:br/>
        <w:br/>
        <w:t>élaboré à partir des nouveaux programmes pédagogiques des iut et des bts, l'ouvrage associe les aspects scientifiques et les applications techniques de la discipline, pour ancrer la théorie dans la pratique.</w:t>
        <w:br/>
        <w:br/>
        <w:t>... pour un maximum d'efficacité</w:t>
        <w:br/>
        <w:br/>
        <w:t>les chapitres sont présentés selon une difficulté croissante pour vous accompagner dans votre progression pédagogique.</w:t>
        <w:br/>
        <w:br/>
        <w:t>pour faciliter le repérage et la navigation dans l'ouvrage, chaque chapitre est conçu de manière identique. cette présentation unitaire est garante de la cohérence de l'ouvrage, mais aussi de sa rigueur scientifique.</w:t>
        <w:br/>
        <w:br/>
        <w:t>vous retrouverez ainsi dans chaque chapitre :</w:t>
        <w:br/>
        <w:br/>
        <w:t>•</w:t>
        <w:tab/>
        <w:t>un cours complet et illustré ;</w:t>
        <w:br/>
        <w:br/>
        <w:t>•</w:t>
        <w:tab/>
        <w:t>des exercices d'application corrigés ;</w:t>
        <w:br/>
        <w:br/>
        <w:t>•</w:t>
        <w:tab/>
        <w:t>des résumés avec des fiches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