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Énergétique et turbomachines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Bidard, René/ Bonnin.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la Direction des Etudes et Recherches d'Electricité de France(N°:None)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463-472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énergétique/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énergétique/ aérodynamique/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 technique qui traite des principes fondamentaux de l’énergétique et des machines tournantes, en particulier les turbomachines.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