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QCM de biochimie et de biologie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Moussard, Christian/ Gibey, Roger/ Bénédini, Martine/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