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d'embryologie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Dollander,Alexis/ Fenart,Raphaël/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Éléments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375-393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2257425871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morula/ blastocyste/ gastrulation/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suivantes: embryologie générale comparée, embryologie générale humaine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