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XP professionnel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Glenn, Walter/ Northrup; Tony/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822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2100490761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logiciel système/ windows xp/ </w:t>
            </w:r>
          </w:p>
        </w:tc>
      </w:tr>
    </w:tbl>
    <w:p>
      <w:pPr>
        <w:pStyle w:val="Heading3"/>
      </w:pPr>
      <w:r>
        <w:t>Résumé :</w:t>
      </w:r>
    </w:p>
    <w:p>
      <w:r>
        <w:t>Cet ouvrage s’adresse aux personnes désirant acquérir une compétence complète en administration de Windows XP Professionnel, tout en se préparant à la certification Microsoft Certified Professional 70‑270. On y trouve une progression pédagogique : d’abord l’installation du système et sa configuration de base, puis la gestion des utilisateurs, des droits, des ressources matérielles et réseaux. Le livre aborde aussi la maintenance et la sécurité, notamment dans le cadre de l’arrivée du Service Pack 2 pour Windows XP. En plus de l’aspect « faire fonctionner le système », il propose des exercices et des repères pour réussir l’examen 70-270. Il vise à transformer un utilisateur ou technicien débutant en administrateur capable de maintenir un parc de postes sous Windows XP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