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SUPINFO/ Pybourdin, Marc/ Marcé, Emmanuel/ Sztykmam, David/ Steenhoute, Vincent/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Exploitation et administration(N°:None)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9782100518272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administration système/ ligne de commande/ </w:t>
            </w:r>
          </w:p>
        </w:tc>
      </w:tr>
    </w:tbl>
    <w:p>
      <w:pPr>
        <w:pStyle w:val="Heading3"/>
      </w:pPr>
      <w:r>
        <w:t>Résumé :</w:t>
      </w:r>
    </w:p>
    <w:p>
      <w:r>
        <w:t>Cet ouvrage offre un support de formation completpour l’administration d’un système GNU/Linux et pour la gestion des services réseaux qui y sont associés. Il commence par expliquer les fondamentaux : utilisation du système, ligne de commande, gestion des fichiers, utilisateurs, disques, réseau et scripting. Ensuite, il aborde la mise en place et l’exploitation des principaux services réseaux FTP, SSH, HTTP, DNS, LDAP, etc., ainsi que des mécanismes avancés tels que la virtualisation ou la haute disponibilité. Grâce à de nombreux exemples de scripts et cas pratiques, ce livre permet au lecteur de passer de l’utilisateur débutant à un administrateur capable de gérer un serveur Linux dans un contexte réseau.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