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Dode, Catherine/ Jeanpierre, Marc/ Rabier,D./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2257121120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Problèmes et exercices préparés à partir d'articles biochimiques et médicaux ; outil précieux et efficace pour vérifier ses connaissances en biochimie, préparer, réviser et réussir ses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