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Accumulation d'énergie thermique à haute température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Turner, Robert Henry/ Bonnin. Jacques/ </w:t>
            </w:r>
          </w:p>
        </w:tc>
      </w:tr>
      <w:tr>
        <w:trPr>
          <w:trHeight w:val="567"/>
        </w:trPr>
        <w:tc>
          <w:tcPr>
            <w:tcW w:type="dxa" w:w="3000"/>
          </w:tcPr>
          <w:p>
            <w:r>
              <w:t>Adresse bib.</w:t>
            </w:r>
          </w:p>
        </w:tc>
        <w:tc>
          <w:tcPr>
            <w:tcW w:type="dxa" w:w="7000"/>
          </w:tcPr>
          <w:p>
            <w:r>
              <w:t xml:space="preserve">Editions S.C.M/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Énergie solaire(N°:None)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2901133150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haute température/ accumulation/ </w:t>
            </w:r>
          </w:p>
        </w:tc>
      </w:tr>
    </w:tbl>
    <w:p>
      <w:pPr>
        <w:pStyle w:val="Heading3"/>
      </w:pPr>
      <w:r>
        <w:t>Résumé :</w:t>
      </w:r>
    </w:p>
    <w:p>
      <w:r>
        <w:t>Le livre Accumulation d’énergie thermique à haute température de Robert Henry Turner (1979) est un ouvrage technique qui explore en profondeur les méthodes et principes du stockage de chaleur à haute température dans les systèmes énergétiques. L’auteur y expose les fondements physiques du transfert de chaleur et de la capacité thermique, tout en décrivant les différents modes de stockage : sensible (dans les solides ou les liquides), latent (par changement d’état) et chimique (via réactions endothermiques). Turner analyse les matériaux les plus adaptés à ces usages — comme les sels fondus, les briques réfractaires, les métaux et les fluides caloporteurs — en mettant en avant leurs propriétés thermiques, leur stabilité et leur résistance aux cycles thermiques. L’ouvrage accorde une place importante à la conception des systèmes de stockage, en détaillant les bilans énergétiques, les pertes de chaleur, les échanges thermiques et les critères de dimensionnement. Il montre comment ces systèmes peuvent être intégrés dans des applications industrielles et centrales thermiques, notamment pour la production d’électricité, la régulation de procédés à haute température ou l’exploitation de l’énergie solaire concentrée. Turner insiste sur les défis techniques de l’époque : la durabilité des matériaux, la maîtrise des gradients thermiques, l’isolation efficace et les coûts d’investissement élevés. Il conclut que le stockage de chaleur à haute température constitue un maillon essentiel pour améliorer l’efficacité énergétique et stabiliser l’approvisionnement en énergie thermique, mais que son développement nécessite encore des avancées technologiques. En somme, ce livre constitue une référence fondamentale pour les ingénieurs et chercheurs des années 1970 intéressés par la conversion et la conservation de l’énergie.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