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Génie électrotechnique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Warne, Doug. F/ Mayé, Pierre/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533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Technique et ingénierie. Série EEA(N°:None)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9782100745449</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électronique de puissance/ électricité/ </w:t>
            </w:r>
          </w:p>
        </w:tc>
      </w:tr>
    </w:tbl>
    <w:p>
      <w:pPr>
        <w:pStyle w:val="Heading3"/>
      </w:pPr>
      <w:r>
        <w:t>Résumé :</w:t>
      </w:r>
    </w:p>
    <w:p>
      <w:r>
        <w:t>Cet ouvrage couvre l'ensemble de l'électrotechnique en un volume. Après quelques rappels des notions de base, il présente un large panorama des dispositifs classiques de l'électrotechnique (moteurs, transformateurs, fusibles...), mais aussi des éléments plus rares mais non moins utiles comme des notions sur les batteries, l'usage des dispositifs électriques en atmosphère explosive ou sur les règles de sécurité. Chaque chapitre a été rédigé par un spécialiste du domaine, professeur d'université ou plus souvent professionnel du secteur. L'illustration est soignée : nombreux schémas techniques, photographies peu courantes d'installations industrielles.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