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Monte Carlo simulation in statistical physics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Binder, Kurt/ Heermann, Dieter W./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4th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Springer series in solid-state sciences ; 80(N°:None)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p.p.177-180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3540432213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simulation monte carlo/ transitions de phase 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les méthodes de simulation Monte Carlo appliquées à la physique statistique. Le livre aborde les principes fondamentaux de la simulation Monte Carlo, y compris les concepts de base tels que la génération de nombres aléatoires, les algorithmes de simulation et les techniques d’échantillonnage.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