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des systèmes logiques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Vabre, Jean-Paul/ Vergez, Pierre/ Fouilliart,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2852060558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Circuits logiques/ système logique/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